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MODELO DE CARTA NOTARIAL DE REQUERIMIENTO DE PAGO</w:t>
      </w:r>
    </w:p>
    <w:p>
      <w:pPr>
        <w:jc w:val="center"/>
      </w:pPr>
      <w:r>
        <w:rPr>
          <w:i/>
          <w:sz w:val="19"/>
        </w:rPr>
        <w:t>PLANTILLA EDITABLE — Reemplaza todos los textos entre corchetes antes de utilizar.</w:t>
      </w:r>
    </w:p>
    <w:p/>
    <w:p>
      <w:pPr>
        <w:spacing w:after="100" w:line="259" w:lineRule="auto"/>
      </w:pPr>
      <w:r>
        <w:t>Lima, [DÍA] de [MES] de [AÑO]</w:t>
      </w:r>
    </w:p>
    <w:p>
      <w:pPr>
        <w:spacing w:after="100" w:line="259" w:lineRule="auto"/>
      </w:pPr>
      <w:r/>
    </w:p>
    <w:p>
      <w:pPr>
        <w:spacing w:after="100" w:line="259" w:lineRule="auto"/>
      </w:pPr>
      <w:r>
        <w:t>Señor(a): [NOMBRE COMPLETO DEL DEUDOR]</w:t>
      </w:r>
    </w:p>
    <w:p>
      <w:pPr>
        <w:spacing w:after="100" w:line="259" w:lineRule="auto"/>
      </w:pPr>
      <w:r>
        <w:t>DNI / RUC N.º [NÚMERO]</w:t>
      </w:r>
    </w:p>
    <w:p>
      <w:pPr>
        <w:spacing w:after="100" w:line="259" w:lineRule="auto"/>
      </w:pPr>
      <w:r>
        <w:t>[DIRECCIÓN COMPLETA, DISTRITO, PROVINCIA, DEPARTAMENTO]</w:t>
      </w:r>
    </w:p>
    <w:p>
      <w:pPr>
        <w:spacing w:after="100" w:line="259" w:lineRule="auto"/>
      </w:pPr>
      <w:r>
        <w:t>Presente.—</w:t>
      </w:r>
    </w:p>
    <w:p>
      <w:pPr>
        <w:spacing w:after="100" w:line="259" w:lineRule="auto"/>
      </w:pPr>
      <w:r/>
    </w:p>
    <w:p>
      <w:pPr>
        <w:spacing w:after="100" w:line="259" w:lineRule="auto"/>
      </w:pPr>
      <w:r>
        <w:t>De mi consideración:</w:t>
      </w:r>
    </w:p>
    <w:p>
      <w:pPr>
        <w:spacing w:after="100" w:line="259" w:lineRule="auto"/>
      </w:pPr>
      <w:r>
        <w:t>Yo, [NOMBRE COMPLETO DEL ACREEDOR], identificado(a) con DNI / RUC N.º [NÚMERO], con domicilio en [DIRECCIÓN COMPLETA], me dirijo a usted por medio de la presente CARTA NOTARIAL DE REQUERIMIENTO DE PAGO, en los términos siguientes:</w:t>
      </w:r>
    </w:p>
    <w:p>
      <w:pPr>
        <w:spacing w:after="100" w:line="259" w:lineRule="auto"/>
      </w:pPr>
      <w:r>
        <w:rPr>
          <w:b/>
        </w:rPr>
        <w:t>PRIMERO — ORIGEN DE LA OBLIGACIÓN.</w:t>
      </w:r>
      <w:r>
        <w:t xml:space="preserve"> Con fecha [FECHA] usted y el suscrito celebramos [describir: contrato de mutuo / contrato de prestación de servicios / compraventa de mercadería / arrendamiento del inmueble sito en… / otro], en virtud del cual [describir la obligación: le entregué en calidad de préstamo la suma de… / le presté los servicios de… / le entregué la mercadería detallada en la factura N.º…].</w:t>
      </w:r>
    </w:p>
    <w:p>
      <w:pPr>
        <w:spacing w:after="100" w:line="259" w:lineRule="auto"/>
      </w:pPr>
      <w:r>
        <w:t>Dicha obligación consta en [detallar el documento: contrato privado de fecha…, pagaré N.º…, letra de cambio N.º…, factura N.º…, comprobante de transferencia del Banco… de fecha…, conversación sostenida por WhatsApp del…], cuya copia se adjunta a la presente.</w:t>
      </w:r>
    </w:p>
    <w:p>
      <w:pPr>
        <w:spacing w:after="100" w:line="259" w:lineRule="auto"/>
      </w:pPr>
      <w:r>
        <w:rPr>
          <w:b/>
        </w:rPr>
        <w:t>SEGUNDO — INCUMPLIMIENTO.</w:t>
      </w:r>
      <w:r>
        <w:t xml:space="preserve"> El plazo para el cumplimiento de la referida obligación venció el [FECHA DE VENCIMIENTO], sin que a la fecha usted haya cumplido con efectuar el pago, pese a los requerimientos verbales que le he formulado en reiteradas oportunidades.</w:t>
      </w:r>
    </w:p>
    <w:p>
      <w:pPr>
        <w:spacing w:after="100" w:line="259" w:lineRule="auto"/>
      </w:pPr>
      <w:r>
        <w:rPr>
          <w:b/>
        </w:rPr>
        <w:t>TERCERO — MONTO ADEUDADO.</w:t>
      </w:r>
      <w:r>
        <w:t xml:space="preserve"> A la fecha de la presente, usted me adeuda la suma de S/ [MONTO EN NÚMEROS] ([MONTO EN LETRAS] soles), desagregada de la siguiente manera:</w:t>
      </w:r>
    </w:p>
    <w:p>
      <w:pPr>
        <w:spacing w:after="40"/>
        <w:ind w:left="340"/>
      </w:pPr>
      <w:r>
        <w:t>• Capital: S/ [MONTO]</w:t>
      </w:r>
    </w:p>
    <w:p>
      <w:pPr>
        <w:spacing w:after="40"/>
        <w:ind w:left="340"/>
      </w:pPr>
      <w:r>
        <w:t>• Intereses [compensatorios / moratorios] devengados al [FECHA]: S/ [MONTO]</w:t>
      </w:r>
    </w:p>
    <w:p>
      <w:pPr>
        <w:spacing w:after="40"/>
        <w:ind w:left="340"/>
      </w:pPr>
      <w:r>
        <w:t>• Total: S/ [MONTO]</w:t>
      </w:r>
    </w:p>
    <w:p>
      <w:pPr>
        <w:spacing w:after="100" w:line="259" w:lineRule="auto"/>
      </w:pPr>
      <w:r>
        <w:rPr>
          <w:b/>
        </w:rPr>
        <w:t>CUARTO — REQUERIMIENTO.</w:t>
      </w:r>
      <w:r>
        <w:t xml:space="preserve"> Por lo expuesto, REQUIERO A USTED para que, en el plazo improrrogable de [NÚMERO] días hábiles contados desde la recepción de la presente, cumpla con pagar la suma total indicada, mediante depósito o transferencia a la siguiente cuenta:</w:t>
      </w:r>
    </w:p>
    <w:p>
      <w:pPr>
        <w:spacing w:after="40"/>
        <w:ind w:left="340"/>
      </w:pPr>
      <w:r>
        <w:t>• Banco: [BANCO]</w:t>
      </w:r>
    </w:p>
    <w:p>
      <w:pPr>
        <w:spacing w:after="40"/>
        <w:ind w:left="340"/>
      </w:pPr>
      <w:r>
        <w:t>• Titular: [NOMBRE DEL TITULAR]</w:t>
      </w:r>
    </w:p>
    <w:p>
      <w:pPr>
        <w:spacing w:after="40"/>
        <w:ind w:left="340"/>
      </w:pPr>
      <w:r>
        <w:t>• Cuenta [ahorros / corriente] en soles N.º: [NÚMERO]</w:t>
      </w:r>
    </w:p>
    <w:p>
      <w:pPr>
        <w:spacing w:after="40"/>
        <w:ind w:left="340"/>
      </w:pPr>
      <w:r>
        <w:t>• CCI: [NÚMERO]</w:t>
      </w:r>
    </w:p>
    <w:p>
      <w:pPr>
        <w:spacing w:after="100" w:line="259" w:lineRule="auto"/>
      </w:pPr>
      <w:r>
        <w:rPr>
          <w:b/>
        </w:rPr>
        <w:t>QUINTO — APERCIBIMIENTO.</w:t>
      </w:r>
      <w:r>
        <w:t xml:space="preserve"> En caso de no atender el presente requerimiento dentro del plazo señalado, procederé a iniciar las acciones legales que correspondan para el cobro de la deuda, incluyendo la solicitud de medidas cautelares sobre sus bienes, así como el cobro de los intereses, costas y costos del proceso, que serán de su exclusivo cargo conforme al Código Procesal Civil.</w:t>
      </w:r>
    </w:p>
    <w:p>
      <w:pPr>
        <w:spacing w:after="100" w:line="259" w:lineRule="auto"/>
      </w:pPr>
      <w:r>
        <w:rPr>
          <w:b/>
        </w:rPr>
        <w:t>SEXTO — CONSTITUCIÓN EN MORA.</w:t>
      </w:r>
      <w:r>
        <w:t xml:space="preserve"> La presente carta notarial constituye a usted en mora para todos los efectos legales, de conformidad con el artículo 1333 del Código Civil.</w:t>
      </w:r>
    </w:p>
    <w:p>
      <w:pPr>
        <w:spacing w:after="100" w:line="259" w:lineRule="auto"/>
      </w:pPr>
      <w:r>
        <w:t>Sin otro particular, quedo a la espera de su pronta respuesta.</w:t>
      </w:r>
    </w:p>
    <w:p/>
    <w:p>
      <w:pPr>
        <w:spacing w:after="100" w:line="259" w:lineRule="auto"/>
      </w:pPr>
      <w:r>
        <w:t>Atentamente,</w:t>
      </w:r>
    </w:p>
    <w:p/>
    <w:p>
      <w:pPr>
        <w:spacing w:after="100" w:line="259" w:lineRule="auto"/>
      </w:pPr>
      <w:r>
        <w:t>[NOMBRE COMPLETO DEL ACREEDOR]</w:t>
      </w:r>
    </w:p>
    <w:p>
      <w:pPr>
        <w:spacing w:after="100" w:line="259" w:lineRule="auto"/>
      </w:pPr>
      <w:r>
        <w:t>DNI / RUC N.º [NÚMERO]</w:t>
      </w:r>
    </w:p>
    <w:p/>
    <w:p>
      <w:pPr>
        <w:spacing w:after="100" w:line="259" w:lineRule="auto"/>
      </w:pPr>
      <w:r>
        <w:t>Se adjunta: [listar los documentos que se acompañan].</w:t>
      </w:r>
    </w:p>
    <w:p/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